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Linux Komutları Rehberi</w:t>
      </w:r>
    </w:p>
    <w:p>
      <w:r>
        <w:t>Temel Linux komutları ve açıklamaları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Komut</w:t>
            </w:r>
          </w:p>
        </w:tc>
        <w:tc>
          <w:tcPr>
            <w:tcW w:type="dxa" w:w="4320"/>
          </w:tcPr>
          <w:p>
            <w:r>
              <w:t>Açıklama</w:t>
            </w:r>
          </w:p>
        </w:tc>
      </w:tr>
      <w:tr>
        <w:tc>
          <w:tcPr>
            <w:tcW w:type="dxa" w:w="4320"/>
          </w:tcPr>
          <w:p>
            <w:r>
              <w:t>pwd</w:t>
            </w:r>
          </w:p>
        </w:tc>
        <w:tc>
          <w:tcPr>
            <w:tcW w:type="dxa" w:w="4320"/>
          </w:tcPr>
          <w:p>
            <w:r>
              <w:t>Bulunulan dizini gösterir.</w:t>
            </w:r>
          </w:p>
        </w:tc>
      </w:tr>
      <w:tr>
        <w:tc>
          <w:tcPr>
            <w:tcW w:type="dxa" w:w="4320"/>
          </w:tcPr>
          <w:p>
            <w:r>
              <w:t>ls</w:t>
            </w:r>
          </w:p>
        </w:tc>
        <w:tc>
          <w:tcPr>
            <w:tcW w:type="dxa" w:w="4320"/>
          </w:tcPr>
          <w:p>
            <w:r>
              <w:t>Dosya ve klasörleri listeler.</w:t>
            </w:r>
          </w:p>
        </w:tc>
      </w:tr>
      <w:tr>
        <w:tc>
          <w:tcPr>
            <w:tcW w:type="dxa" w:w="4320"/>
          </w:tcPr>
          <w:p>
            <w:r>
              <w:t>ls -la</w:t>
            </w:r>
          </w:p>
        </w:tc>
        <w:tc>
          <w:tcPr>
            <w:tcW w:type="dxa" w:w="4320"/>
          </w:tcPr>
          <w:p>
            <w:r>
              <w:t>Gizli dosyaları da listeler.</w:t>
            </w:r>
          </w:p>
        </w:tc>
      </w:tr>
      <w:tr>
        <w:tc>
          <w:tcPr>
            <w:tcW w:type="dxa" w:w="4320"/>
          </w:tcPr>
          <w:p>
            <w:r>
              <w:t>cd</w:t>
            </w:r>
          </w:p>
        </w:tc>
        <w:tc>
          <w:tcPr>
            <w:tcW w:type="dxa" w:w="4320"/>
          </w:tcPr>
          <w:p>
            <w:r>
              <w:t>Dizin değiştirir.</w:t>
            </w:r>
          </w:p>
        </w:tc>
      </w:tr>
      <w:tr>
        <w:tc>
          <w:tcPr>
            <w:tcW w:type="dxa" w:w="4320"/>
          </w:tcPr>
          <w:p>
            <w:r>
              <w:t>mkdir</w:t>
            </w:r>
          </w:p>
        </w:tc>
        <w:tc>
          <w:tcPr>
            <w:tcW w:type="dxa" w:w="4320"/>
          </w:tcPr>
          <w:p>
            <w:r>
              <w:t>Yeni klasör oluşturur.</w:t>
            </w:r>
          </w:p>
        </w:tc>
      </w:tr>
      <w:tr>
        <w:tc>
          <w:tcPr>
            <w:tcW w:type="dxa" w:w="4320"/>
          </w:tcPr>
          <w:p>
            <w:r>
              <w:t>rm</w:t>
            </w:r>
          </w:p>
        </w:tc>
        <w:tc>
          <w:tcPr>
            <w:tcW w:type="dxa" w:w="4320"/>
          </w:tcPr>
          <w:p>
            <w:r>
              <w:t>Dosya siler.</w:t>
            </w:r>
          </w:p>
        </w:tc>
      </w:tr>
      <w:tr>
        <w:tc>
          <w:tcPr>
            <w:tcW w:type="dxa" w:w="4320"/>
          </w:tcPr>
          <w:p>
            <w:r>
              <w:t>rm -rf</w:t>
            </w:r>
          </w:p>
        </w:tc>
        <w:tc>
          <w:tcPr>
            <w:tcW w:type="dxa" w:w="4320"/>
          </w:tcPr>
          <w:p>
            <w:r>
              <w:t>Klasörü içeriğiyle siler.</w:t>
            </w:r>
          </w:p>
        </w:tc>
      </w:tr>
      <w:tr>
        <w:tc>
          <w:tcPr>
            <w:tcW w:type="dxa" w:w="4320"/>
          </w:tcPr>
          <w:p>
            <w:r>
              <w:t>cp</w:t>
            </w:r>
          </w:p>
        </w:tc>
        <w:tc>
          <w:tcPr>
            <w:tcW w:type="dxa" w:w="4320"/>
          </w:tcPr>
          <w:p>
            <w:r>
              <w:t>Kopyalama yapar.</w:t>
            </w:r>
          </w:p>
        </w:tc>
      </w:tr>
      <w:tr>
        <w:tc>
          <w:tcPr>
            <w:tcW w:type="dxa" w:w="4320"/>
          </w:tcPr>
          <w:p>
            <w:r>
              <w:t>mv</w:t>
            </w:r>
          </w:p>
        </w:tc>
        <w:tc>
          <w:tcPr>
            <w:tcW w:type="dxa" w:w="4320"/>
          </w:tcPr>
          <w:p>
            <w:r>
              <w:t>Taşır veya yeniden adlandırır.</w:t>
            </w:r>
          </w:p>
        </w:tc>
      </w:tr>
      <w:tr>
        <w:tc>
          <w:tcPr>
            <w:tcW w:type="dxa" w:w="4320"/>
          </w:tcPr>
          <w:p>
            <w:r>
              <w:t>touch</w:t>
            </w:r>
          </w:p>
        </w:tc>
        <w:tc>
          <w:tcPr>
            <w:tcW w:type="dxa" w:w="4320"/>
          </w:tcPr>
          <w:p>
            <w:r>
              <w:t>Boş dosya oluşturur.</w:t>
            </w:r>
          </w:p>
        </w:tc>
      </w:tr>
      <w:tr>
        <w:tc>
          <w:tcPr>
            <w:tcW w:type="dxa" w:w="4320"/>
          </w:tcPr>
          <w:p>
            <w:r>
              <w:t>cat</w:t>
            </w:r>
          </w:p>
        </w:tc>
        <w:tc>
          <w:tcPr>
            <w:tcW w:type="dxa" w:w="4320"/>
          </w:tcPr>
          <w:p>
            <w:r>
              <w:t>Dosya içeriğini gösterir.</w:t>
            </w:r>
          </w:p>
        </w:tc>
      </w:tr>
      <w:tr>
        <w:tc>
          <w:tcPr>
            <w:tcW w:type="dxa" w:w="4320"/>
          </w:tcPr>
          <w:p>
            <w:r>
              <w:t>nano</w:t>
            </w:r>
          </w:p>
        </w:tc>
        <w:tc>
          <w:tcPr>
            <w:tcW w:type="dxa" w:w="4320"/>
          </w:tcPr>
          <w:p>
            <w:r>
              <w:t>Dosya düzenler.</w:t>
            </w:r>
          </w:p>
        </w:tc>
      </w:tr>
      <w:tr>
        <w:tc>
          <w:tcPr>
            <w:tcW w:type="dxa" w:w="4320"/>
          </w:tcPr>
          <w:p>
            <w:r>
              <w:t>find</w:t>
            </w:r>
          </w:p>
        </w:tc>
        <w:tc>
          <w:tcPr>
            <w:tcW w:type="dxa" w:w="4320"/>
          </w:tcPr>
          <w:p>
            <w:r>
              <w:t>Dosya arar.</w:t>
            </w:r>
          </w:p>
        </w:tc>
      </w:tr>
      <w:tr>
        <w:tc>
          <w:tcPr>
            <w:tcW w:type="dxa" w:w="4320"/>
          </w:tcPr>
          <w:p>
            <w:r>
              <w:t>grep</w:t>
            </w:r>
          </w:p>
        </w:tc>
        <w:tc>
          <w:tcPr>
            <w:tcW w:type="dxa" w:w="4320"/>
          </w:tcPr>
          <w:p>
            <w:r>
              <w:t>Metin arar.</w:t>
            </w:r>
          </w:p>
        </w:tc>
      </w:tr>
      <w:tr>
        <w:tc>
          <w:tcPr>
            <w:tcW w:type="dxa" w:w="4320"/>
          </w:tcPr>
          <w:p>
            <w:r>
              <w:t>chmod</w:t>
            </w:r>
          </w:p>
        </w:tc>
        <w:tc>
          <w:tcPr>
            <w:tcW w:type="dxa" w:w="4320"/>
          </w:tcPr>
          <w:p>
            <w:r>
              <w:t>Dosya izinlerini değiştirir.</w:t>
            </w:r>
          </w:p>
        </w:tc>
      </w:tr>
      <w:tr>
        <w:tc>
          <w:tcPr>
            <w:tcW w:type="dxa" w:w="4320"/>
          </w:tcPr>
          <w:p>
            <w:r>
              <w:t>chown</w:t>
            </w:r>
          </w:p>
        </w:tc>
        <w:tc>
          <w:tcPr>
            <w:tcW w:type="dxa" w:w="4320"/>
          </w:tcPr>
          <w:p>
            <w:r>
              <w:t>Dosya sahibini değiştirir.</w:t>
            </w:r>
          </w:p>
        </w:tc>
      </w:tr>
      <w:tr>
        <w:tc>
          <w:tcPr>
            <w:tcW w:type="dxa" w:w="4320"/>
          </w:tcPr>
          <w:p>
            <w:r>
              <w:t>whoami</w:t>
            </w:r>
          </w:p>
        </w:tc>
        <w:tc>
          <w:tcPr>
            <w:tcW w:type="dxa" w:w="4320"/>
          </w:tcPr>
          <w:p>
            <w:r>
              <w:t>Aktif kullanıcıyı gösterir.</w:t>
            </w:r>
          </w:p>
        </w:tc>
      </w:tr>
      <w:tr>
        <w:tc>
          <w:tcPr>
            <w:tcW w:type="dxa" w:w="4320"/>
          </w:tcPr>
          <w:p>
            <w:r>
              <w:t>id</w:t>
            </w:r>
          </w:p>
        </w:tc>
        <w:tc>
          <w:tcPr>
            <w:tcW w:type="dxa" w:w="4320"/>
          </w:tcPr>
          <w:p>
            <w:r>
              <w:t>Kullanıcı bilgilerini gösterir.</w:t>
            </w:r>
          </w:p>
        </w:tc>
      </w:tr>
      <w:tr>
        <w:tc>
          <w:tcPr>
            <w:tcW w:type="dxa" w:w="4320"/>
          </w:tcPr>
          <w:p>
            <w:r>
              <w:t>passwd</w:t>
            </w:r>
          </w:p>
        </w:tc>
        <w:tc>
          <w:tcPr>
            <w:tcW w:type="dxa" w:w="4320"/>
          </w:tcPr>
          <w:p>
            <w:r>
              <w:t>Parola değiştirir.</w:t>
            </w:r>
          </w:p>
        </w:tc>
      </w:tr>
      <w:tr>
        <w:tc>
          <w:tcPr>
            <w:tcW w:type="dxa" w:w="4320"/>
          </w:tcPr>
          <w:p>
            <w:r>
              <w:t>adduser</w:t>
            </w:r>
          </w:p>
        </w:tc>
        <w:tc>
          <w:tcPr>
            <w:tcW w:type="dxa" w:w="4320"/>
          </w:tcPr>
          <w:p>
            <w:r>
              <w:t>Yeni kullanıcı oluşturur.</w:t>
            </w:r>
          </w:p>
        </w:tc>
      </w:tr>
      <w:tr>
        <w:tc>
          <w:tcPr>
            <w:tcW w:type="dxa" w:w="4320"/>
          </w:tcPr>
          <w:p>
            <w:r>
              <w:t>userdel</w:t>
            </w:r>
          </w:p>
        </w:tc>
        <w:tc>
          <w:tcPr>
            <w:tcW w:type="dxa" w:w="4320"/>
          </w:tcPr>
          <w:p>
            <w:r>
              <w:t>Kullanıcı siler.</w:t>
            </w:r>
          </w:p>
        </w:tc>
      </w:tr>
      <w:tr>
        <w:tc>
          <w:tcPr>
            <w:tcW w:type="dxa" w:w="4320"/>
          </w:tcPr>
          <w:p>
            <w:r>
              <w:t>usermod -aG sudo</w:t>
            </w:r>
          </w:p>
        </w:tc>
        <w:tc>
          <w:tcPr>
            <w:tcW w:type="dxa" w:w="4320"/>
          </w:tcPr>
          <w:p>
            <w:r>
              <w:t>Sudo yetkisi verir.</w:t>
            </w:r>
          </w:p>
        </w:tc>
      </w:tr>
      <w:tr>
        <w:tc>
          <w:tcPr>
            <w:tcW w:type="dxa" w:w="4320"/>
          </w:tcPr>
          <w:p>
            <w:r>
              <w:t>groups</w:t>
            </w:r>
          </w:p>
        </w:tc>
        <w:tc>
          <w:tcPr>
            <w:tcW w:type="dxa" w:w="4320"/>
          </w:tcPr>
          <w:p>
            <w:r>
              <w:t>Grup üyeliklerini gösterir.</w:t>
            </w:r>
          </w:p>
        </w:tc>
      </w:tr>
      <w:tr>
        <w:tc>
          <w:tcPr>
            <w:tcW w:type="dxa" w:w="4320"/>
          </w:tcPr>
          <w:p>
            <w:r>
              <w:t>df -h</w:t>
            </w:r>
          </w:p>
        </w:tc>
        <w:tc>
          <w:tcPr>
            <w:tcW w:type="dxa" w:w="4320"/>
          </w:tcPr>
          <w:p>
            <w:r>
              <w:t>Disk kullanımını gösterir.</w:t>
            </w:r>
          </w:p>
        </w:tc>
      </w:tr>
      <w:tr>
        <w:tc>
          <w:tcPr>
            <w:tcW w:type="dxa" w:w="4320"/>
          </w:tcPr>
          <w:p>
            <w:r>
              <w:t>du -sh</w:t>
            </w:r>
          </w:p>
        </w:tc>
        <w:tc>
          <w:tcPr>
            <w:tcW w:type="dxa" w:w="4320"/>
          </w:tcPr>
          <w:p>
            <w:r>
              <w:t>Klasör boyutunu gösterir.</w:t>
            </w:r>
          </w:p>
        </w:tc>
      </w:tr>
      <w:tr>
        <w:tc>
          <w:tcPr>
            <w:tcW w:type="dxa" w:w="4320"/>
          </w:tcPr>
          <w:p>
            <w:r>
              <w:t>free -h</w:t>
            </w:r>
          </w:p>
        </w:tc>
        <w:tc>
          <w:tcPr>
            <w:tcW w:type="dxa" w:w="4320"/>
          </w:tcPr>
          <w:p>
            <w:r>
              <w:t>RAM kullanımını gösterir.</w:t>
            </w:r>
          </w:p>
        </w:tc>
      </w:tr>
      <w:tr>
        <w:tc>
          <w:tcPr>
            <w:tcW w:type="dxa" w:w="4320"/>
          </w:tcPr>
          <w:p>
            <w:r>
              <w:t>top</w:t>
            </w:r>
          </w:p>
        </w:tc>
        <w:tc>
          <w:tcPr>
            <w:tcW w:type="dxa" w:w="4320"/>
          </w:tcPr>
          <w:p>
            <w:r>
              <w:t>Canlı sistem izleme.</w:t>
            </w:r>
          </w:p>
        </w:tc>
      </w:tr>
      <w:tr>
        <w:tc>
          <w:tcPr>
            <w:tcW w:type="dxa" w:w="4320"/>
          </w:tcPr>
          <w:p>
            <w:r>
              <w:t>ps aux</w:t>
            </w:r>
          </w:p>
        </w:tc>
        <w:tc>
          <w:tcPr>
            <w:tcW w:type="dxa" w:w="4320"/>
          </w:tcPr>
          <w:p>
            <w:r>
              <w:t>Çalışan işlemleri listeler.</w:t>
            </w:r>
          </w:p>
        </w:tc>
      </w:tr>
      <w:tr>
        <w:tc>
          <w:tcPr>
            <w:tcW w:type="dxa" w:w="4320"/>
          </w:tcPr>
          <w:p>
            <w:r>
              <w:t>kill</w:t>
            </w:r>
          </w:p>
        </w:tc>
        <w:tc>
          <w:tcPr>
            <w:tcW w:type="dxa" w:w="4320"/>
          </w:tcPr>
          <w:p>
            <w:r>
              <w:t>İşlem sonlandırır.</w:t>
            </w:r>
          </w:p>
        </w:tc>
      </w:tr>
      <w:tr>
        <w:tc>
          <w:tcPr>
            <w:tcW w:type="dxa" w:w="4320"/>
          </w:tcPr>
          <w:p>
            <w:r>
              <w:t>systemctl status</w:t>
            </w:r>
          </w:p>
        </w:tc>
        <w:tc>
          <w:tcPr>
            <w:tcW w:type="dxa" w:w="4320"/>
          </w:tcPr>
          <w:p>
            <w:r>
              <w:t>Servis durumunu gösterir.</w:t>
            </w:r>
          </w:p>
        </w:tc>
      </w:tr>
      <w:tr>
        <w:tc>
          <w:tcPr>
            <w:tcW w:type="dxa" w:w="4320"/>
          </w:tcPr>
          <w:p>
            <w:r>
              <w:t>systemctl restart</w:t>
            </w:r>
          </w:p>
        </w:tc>
        <w:tc>
          <w:tcPr>
            <w:tcW w:type="dxa" w:w="4320"/>
          </w:tcPr>
          <w:p>
            <w:r>
              <w:t>Servisi yeniden başlatır.</w:t>
            </w:r>
          </w:p>
        </w:tc>
      </w:tr>
      <w:tr>
        <w:tc>
          <w:tcPr>
            <w:tcW w:type="dxa" w:w="4320"/>
          </w:tcPr>
          <w:p>
            <w:r>
              <w:t>apt update</w:t>
            </w:r>
          </w:p>
        </w:tc>
        <w:tc>
          <w:tcPr>
            <w:tcW w:type="dxa" w:w="4320"/>
          </w:tcPr>
          <w:p>
            <w:r>
              <w:t>Paket listesini günceller.</w:t>
            </w:r>
          </w:p>
        </w:tc>
      </w:tr>
      <w:tr>
        <w:tc>
          <w:tcPr>
            <w:tcW w:type="dxa" w:w="4320"/>
          </w:tcPr>
          <w:p>
            <w:r>
              <w:t>apt upgrade -y</w:t>
            </w:r>
          </w:p>
        </w:tc>
        <w:tc>
          <w:tcPr>
            <w:tcW w:type="dxa" w:w="4320"/>
          </w:tcPr>
          <w:p>
            <w:r>
              <w:t>Sistemi günceller.</w:t>
            </w:r>
          </w:p>
        </w:tc>
      </w:tr>
      <w:tr>
        <w:tc>
          <w:tcPr>
            <w:tcW w:type="dxa" w:w="4320"/>
          </w:tcPr>
          <w:p>
            <w:r>
              <w:t>apt install</w:t>
            </w:r>
          </w:p>
        </w:tc>
        <w:tc>
          <w:tcPr>
            <w:tcW w:type="dxa" w:w="4320"/>
          </w:tcPr>
          <w:p>
            <w:r>
              <w:t>Paket kurar.</w:t>
            </w:r>
          </w:p>
        </w:tc>
      </w:tr>
      <w:tr>
        <w:tc>
          <w:tcPr>
            <w:tcW w:type="dxa" w:w="4320"/>
          </w:tcPr>
          <w:p>
            <w:r>
              <w:t>apt remove</w:t>
            </w:r>
          </w:p>
        </w:tc>
        <w:tc>
          <w:tcPr>
            <w:tcW w:type="dxa" w:w="4320"/>
          </w:tcPr>
          <w:p>
            <w:r>
              <w:t>Paket kaldırır.</w:t>
            </w:r>
          </w:p>
        </w:tc>
      </w:tr>
      <w:tr>
        <w:tc>
          <w:tcPr>
            <w:tcW w:type="dxa" w:w="4320"/>
          </w:tcPr>
          <w:p>
            <w:r>
              <w:t>ip a</w:t>
            </w:r>
          </w:p>
        </w:tc>
        <w:tc>
          <w:tcPr>
            <w:tcW w:type="dxa" w:w="4320"/>
          </w:tcPr>
          <w:p>
            <w:r>
              <w:t>IP adreslerini gösterir.</w:t>
            </w:r>
          </w:p>
        </w:tc>
      </w:tr>
      <w:tr>
        <w:tc>
          <w:tcPr>
            <w:tcW w:type="dxa" w:w="4320"/>
          </w:tcPr>
          <w:p>
            <w:r>
              <w:t>ping</w:t>
            </w:r>
          </w:p>
        </w:tc>
        <w:tc>
          <w:tcPr>
            <w:tcW w:type="dxa" w:w="4320"/>
          </w:tcPr>
          <w:p>
            <w:r>
              <w:t>Ağ bağlantısını test eder.</w:t>
            </w:r>
          </w:p>
        </w:tc>
      </w:tr>
      <w:tr>
        <w:tc>
          <w:tcPr>
            <w:tcW w:type="dxa" w:w="4320"/>
          </w:tcPr>
          <w:p>
            <w:r>
              <w:t>ssh</w:t>
            </w:r>
          </w:p>
        </w:tc>
        <w:tc>
          <w:tcPr>
            <w:tcW w:type="dxa" w:w="4320"/>
          </w:tcPr>
          <w:p>
            <w:r>
              <w:t>SSH bağlantısı kurar.</w:t>
            </w:r>
          </w:p>
        </w:tc>
      </w:tr>
      <w:tr>
        <w:tc>
          <w:tcPr>
            <w:tcW w:type="dxa" w:w="4320"/>
          </w:tcPr>
          <w:p>
            <w:r>
              <w:t>scp</w:t>
            </w:r>
          </w:p>
        </w:tc>
        <w:tc>
          <w:tcPr>
            <w:tcW w:type="dxa" w:w="4320"/>
          </w:tcPr>
          <w:p>
            <w:r>
              <w:t>Dosya kopyalar.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