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KTD-003 - Git ve GitHub ile Proje Yönetimi</w:t>
      </w:r>
    </w:p>
    <w:p>
      <w:r>
        <w:t>Bu doküman gerçek VPS projesinde uygulanan Git ve GitHub süreçlerini adım adım anlatmaktadır.</w:t>
      </w:r>
    </w:p>
    <w:p>
      <w:pPr>
        <w:pStyle w:val="Heading2"/>
      </w:pPr>
      <w:r>
        <w:t>1. Git Nedir?</w:t>
      </w:r>
    </w:p>
    <w:p>
      <w:r>
        <w:t>Git, proje dosyalarındaki değişiklikleri takip etmeyi sağlayan versiyon kontrol sistemidir.</w:t>
      </w:r>
    </w:p>
    <w:p>
      <w:pPr>
        <w:pStyle w:val="Heading2"/>
      </w:pPr>
      <w:r>
        <w:t>2. Git Kurulumu</w:t>
      </w:r>
    </w:p>
    <w:p>
      <w:r>
        <w:t>apt install git -y</w:t>
        <w:br/>
        <w:br/>
        <w:t>git --version</w:t>
      </w:r>
    </w:p>
    <w:p>
      <w:pPr>
        <w:pStyle w:val="Heading2"/>
      </w:pPr>
      <w:r>
        <w:t>3. Proje Klasörüne Geçme</w:t>
      </w:r>
    </w:p>
    <w:p>
      <w:r>
        <w:t>cd /opt/docker/kemaltokmak</w:t>
      </w:r>
    </w:p>
    <w:p>
      <w:pPr>
        <w:pStyle w:val="Heading2"/>
      </w:pPr>
      <w:r>
        <w:t>4. Git Deposu Başlatma</w:t>
      </w:r>
    </w:p>
    <w:p>
      <w:r>
        <w:t>git init</w:t>
      </w:r>
    </w:p>
    <w:p>
      <w:pPr>
        <w:pStyle w:val="Heading2"/>
      </w:pPr>
      <w:r>
        <w:t>5. Git Durumu</w:t>
      </w:r>
    </w:p>
    <w:p>
      <w:r>
        <w:t>git status</w:t>
      </w:r>
    </w:p>
    <w:p>
      <w:pPr>
        <w:pStyle w:val="Heading2"/>
      </w:pPr>
      <w:r>
        <w:t>6. Dosyaları Git'e Ekleme</w:t>
      </w:r>
    </w:p>
    <w:p>
      <w:r>
        <w:t>git add .</w:t>
        <w:br/>
        <w:br/>
        <w:t>git add html/docs/linux-kullanici-yonetimi.html</w:t>
      </w:r>
    </w:p>
    <w:p>
      <w:pPr>
        <w:pStyle w:val="Heading2"/>
      </w:pPr>
      <w:r>
        <w:t>7. Commit Alma</w:t>
      </w:r>
    </w:p>
    <w:p>
      <w:r>
        <w:t>git commit -m "KTD-002 Linux Kullanıcı Yönetimi eklendi"</w:t>
      </w:r>
    </w:p>
    <w:p>
      <w:pPr>
        <w:pStyle w:val="Heading2"/>
      </w:pPr>
      <w:r>
        <w:t>8. GitHub Repository</w:t>
      </w:r>
    </w:p>
    <w:p>
      <w:r>
        <w:t>GitHub üzerinde yeni bir repository oluşturulur ve SSH adresi alınır.</w:t>
      </w:r>
    </w:p>
    <w:p>
      <w:pPr>
        <w:pStyle w:val="Heading2"/>
      </w:pPr>
      <w:r>
        <w:t>9. Remote Bağlantısı</w:t>
      </w:r>
    </w:p>
    <w:p>
      <w:r>
        <w:t>git remote add origin git@github.com:kemal266/kemaltokmak.com.git</w:t>
        <w:br/>
        <w:br/>
        <w:t>git remote -v</w:t>
      </w:r>
    </w:p>
    <w:p>
      <w:pPr>
        <w:pStyle w:val="Heading2"/>
      </w:pPr>
      <w:r>
        <w:t>10. SSH Key Oluşturma</w:t>
      </w:r>
    </w:p>
    <w:p>
      <w:r>
        <w:t>ssh-keygen -t ed25519 -C "ktokmak80@gmail.com"</w:t>
        <w:br/>
        <w:br/>
        <w:t>cat ~/.ssh/id_ed25519.pub</w:t>
      </w:r>
    </w:p>
    <w:p>
      <w:pPr>
        <w:pStyle w:val="Heading2"/>
      </w:pPr>
      <w:r>
        <w:t>11. GitHub'a Push</w:t>
      </w:r>
    </w:p>
    <w:p>
      <w:r>
        <w:t>ssh -T git@github.com</w:t>
        <w:br/>
        <w:br/>
        <w:t>git push origin main</w:t>
      </w:r>
    </w:p>
    <w:p>
      <w:pPr>
        <w:pStyle w:val="Heading2"/>
      </w:pPr>
      <w:r>
        <w:t>12. Permission denied (publickey)</w:t>
      </w:r>
    </w:p>
    <w:p>
      <w:r>
        <w:t>SSH anahtarını GitHub &gt; Settings &gt; SSH and GPG keys bölümüne ekleyin ve bağlantıyı tekrar test edin.</w:t>
      </w:r>
    </w:p>
    <w:p>
      <w:pPr>
        <w:pStyle w:val="Heading2"/>
      </w:pPr>
      <w:r>
        <w:t>Bu Dokümanda Öğrendiklerimiz</w:t>
      </w:r>
    </w:p>
    <w:p>
      <w:pPr>
        <w:pStyle w:val="ListBullet"/>
      </w:pPr>
      <w:r>
        <w:t>Git kurulumu</w:t>
      </w:r>
    </w:p>
    <w:p>
      <w:pPr>
        <w:pStyle w:val="ListBullet"/>
      </w:pPr>
      <w:r>
        <w:t>Git repository oluşturma</w:t>
      </w:r>
    </w:p>
    <w:p>
      <w:pPr>
        <w:pStyle w:val="ListBullet"/>
      </w:pPr>
      <w:r>
        <w:t>git add ve git commit kullanımı</w:t>
      </w:r>
    </w:p>
    <w:p>
      <w:pPr>
        <w:pStyle w:val="ListBullet"/>
      </w:pPr>
      <w:r>
        <w:t>GitHub remote bağlantısı</w:t>
      </w:r>
    </w:p>
    <w:p>
      <w:pPr>
        <w:pStyle w:val="ListBullet"/>
      </w:pPr>
      <w:r>
        <w:t>SSH key oluşturma</w:t>
      </w:r>
    </w:p>
    <w:p>
      <w:pPr>
        <w:pStyle w:val="ListBullet"/>
      </w:pPr>
      <w:r>
        <w:t>GitHub'a push işlemi</w:t>
      </w:r>
    </w:p>
    <w:p>
      <w:pPr>
        <w:pStyle w:val="ListBullet"/>
      </w:pPr>
      <w:r>
        <w:t>Permission denied (publickey) hatasının çözümü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