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KTD-004 - Visual Studio Code ile Uzak Sunucu (Remote SSH) Yönetimi</w:t>
      </w:r>
    </w:p>
    <w:p>
      <w:r>
        <w:t>Bu doküman Visual Studio Code kullanarak Remote SSH ile bir VPS sunucusuna bağlanmayı, uzak dosyaları düzenlemeyi ve Git işlemlerini yönetmeyi anlatır.</w:t>
      </w:r>
    </w:p>
    <w:p>
      <w:pPr>
        <w:pStyle w:val="Heading2"/>
      </w:pPr>
      <w:r>
        <w:t>1. Remote SSH Nedir?</w:t>
      </w:r>
    </w:p>
    <w:p>
      <w:r>
        <w:t>VS Code üzerinden uzak Linux sunucusuna bağlanarak dosyaları yerelmiş gibi düzenlemeyi sağlar.</w:t>
      </w:r>
    </w:p>
    <w:p>
      <w:pPr>
        <w:pStyle w:val="Heading2"/>
      </w:pPr>
      <w:r>
        <w:t>2. Gerekli Hazırlıklar</w:t>
      </w:r>
    </w:p>
    <w:p>
      <w:r>
        <w:t>• Visual Studio Code</w:t>
        <w:br/>
        <w:t>• Remote - SSH eklentisi</w:t>
        <w:br/>
        <w:t>• SSH erişimi açık VPS</w:t>
        <w:br/>
        <w:t>• SSH anahtarı</w:t>
      </w:r>
    </w:p>
    <w:p>
      <w:pPr>
        <w:pStyle w:val="Heading2"/>
      </w:pPr>
      <w:r>
        <w:t>3. Visual Studio Code Kurulumu</w:t>
      </w:r>
    </w:p>
    <w:p>
      <w:r>
        <w:t>Visual Studio Code'u kurun ve güncel sürümü kullanın.</w:t>
      </w:r>
    </w:p>
    <w:p>
      <w:pPr>
        <w:pStyle w:val="Heading2"/>
      </w:pPr>
      <w:r>
        <w:t>4. Remote - SSH Eklentisi</w:t>
      </w:r>
    </w:p>
    <w:p>
      <w:r>
        <w:t>Extensions bölümünden 'Remote - SSH' eklentisini yükleyin.</w:t>
      </w:r>
    </w:p>
    <w:p>
      <w:pPr>
        <w:pStyle w:val="Heading2"/>
      </w:pPr>
      <w:r>
        <w:t>5. SSH Anahtarını Kontrol Etme</w:t>
      </w:r>
    </w:p>
    <w:p>
      <w:r>
        <w:t>ls ~/.ssh</w:t>
        <w:br/>
        <w:br/>
        <w:t>ssh-keygen -t ed25519 -C "kemal266"</w:t>
      </w:r>
    </w:p>
    <w:p>
      <w:pPr>
        <w:pStyle w:val="Heading2"/>
      </w:pPr>
      <w:r>
        <w:t>6. SSH Config Dosyası</w:t>
      </w:r>
    </w:p>
    <w:p>
      <w:r>
        <w:t>Host kemaltokmak-vps</w:t>
        <w:br/>
        <w:t>HostName SUNUCU_IP_ADRESI</w:t>
        <w:br/>
        <w:t>User root</w:t>
        <w:br/>
        <w:t>IdentityFile ~/.ssh/id_ed25519</w:t>
      </w:r>
    </w:p>
    <w:p>
      <w:pPr>
        <w:pStyle w:val="Heading2"/>
      </w:pPr>
      <w:r>
        <w:t>7. Sunucuya Bağlanma</w:t>
      </w:r>
    </w:p>
    <w:p>
      <w:r>
        <w:t>VS Code → Remote Explorer → Connect to Host → kemaltokmak-vps</w:t>
      </w:r>
    </w:p>
    <w:p>
      <w:pPr>
        <w:pStyle w:val="Heading2"/>
      </w:pPr>
      <w:r>
        <w:t>8. Proje Klasörünü Açma</w:t>
      </w:r>
    </w:p>
    <w:p>
      <w:r>
        <w:t>/opt/docker/kemaltokmak</w:t>
      </w:r>
    </w:p>
    <w:p>
      <w:pPr>
        <w:pStyle w:val="Heading2"/>
      </w:pPr>
      <w:r>
        <w:t>9. Uzak Sunucuda Dosya Düzenleme</w:t>
      </w:r>
    </w:p>
    <w:p>
      <w:r>
        <w:t>/opt/docker/kemaltokmak/html</w:t>
        <w:br/>
        <w:t>/opt/docker/kemaltokmak/html/docs</w:t>
      </w:r>
    </w:p>
    <w:p>
      <w:pPr>
        <w:pStyle w:val="Heading2"/>
      </w:pPr>
      <w:r>
        <w:t>10. VS Code Terminali</w:t>
      </w:r>
    </w:p>
    <w:p>
      <w:r>
        <w:t>pwd</w:t>
        <w:br/>
        <w:t>ls -la</w:t>
        <w:br/>
        <w:t>docker ps</w:t>
      </w:r>
    </w:p>
    <w:p>
      <w:pPr>
        <w:pStyle w:val="Heading2"/>
      </w:pPr>
      <w:r>
        <w:t>11. Git İşlemleri</w:t>
      </w:r>
    </w:p>
    <w:p>
      <w:r>
        <w:t>git status</w:t>
        <w:br/>
        <w:t>git add .</w:t>
        <w:br/>
        <w:t>git commit -m "KTD-004 VS Code Remote SSH dokümanı eklendi"</w:t>
        <w:br/>
        <w:t>git push origin main</w:t>
      </w:r>
    </w:p>
    <w:p>
      <w:pPr>
        <w:pStyle w:val="Heading2"/>
      </w:pPr>
      <w:r>
        <w:t>12. Sorun Giderme</w:t>
      </w:r>
    </w:p>
    <w:p>
      <w:r>
        <w:t>Bağlantıyı test edin:</w:t>
        <w:br/>
        <w:t>ssh -i ~/.ssh/id_ed25519 root@SUNUCU_IP_ADRESI</w:t>
        <w:br/>
        <w:br/>
        <w:t>Config dosyasındaki HostName, User ve IdentityFile alanlarını kontrol edin.</w:t>
      </w:r>
    </w:p>
    <w:p>
      <w:pPr>
        <w:pStyle w:val="Heading2"/>
      </w:pPr>
      <w:r>
        <w:t>Bu Dokümanda Öğrendiklerimiz</w:t>
      </w:r>
    </w:p>
    <w:p>
      <w:pPr>
        <w:pStyle w:val="ListBullet"/>
      </w:pPr>
      <w:r>
        <w:t>Remote SSH mantığı</w:t>
      </w:r>
    </w:p>
    <w:p>
      <w:pPr>
        <w:pStyle w:val="ListBullet"/>
      </w:pPr>
      <w:r>
        <w:t>VS Code kurulumu</w:t>
      </w:r>
    </w:p>
    <w:p>
      <w:pPr>
        <w:pStyle w:val="ListBullet"/>
      </w:pPr>
      <w:r>
        <w:t>Remote - SSH eklentisi</w:t>
      </w:r>
    </w:p>
    <w:p>
      <w:pPr>
        <w:pStyle w:val="ListBullet"/>
      </w:pPr>
      <w:r>
        <w:t>SSH config hazırlama</w:t>
      </w:r>
    </w:p>
    <w:p>
      <w:pPr>
        <w:pStyle w:val="ListBullet"/>
      </w:pPr>
      <w:r>
        <w:t>VPS'ye bağlanma</w:t>
      </w:r>
    </w:p>
    <w:p>
      <w:pPr>
        <w:pStyle w:val="ListBullet"/>
      </w:pPr>
      <w:r>
        <w:t>Proje klasörünü açma</w:t>
      </w:r>
    </w:p>
    <w:p>
      <w:pPr>
        <w:pStyle w:val="ListBullet"/>
      </w:pPr>
      <w:r>
        <w:t>Uzak dosyaları düzenleme</w:t>
      </w:r>
    </w:p>
    <w:p>
      <w:pPr>
        <w:pStyle w:val="ListBullet"/>
      </w:pPr>
      <w:r>
        <w:t>VS Code terminali</w:t>
      </w:r>
    </w:p>
    <w:p>
      <w:pPr>
        <w:pStyle w:val="ListBullet"/>
      </w:pPr>
      <w:r>
        <w:t>Git işlemlerini yönetme</w:t>
      </w:r>
    </w:p>
    <w:p>
      <w:pPr>
        <w:pStyle w:val="ListBullet"/>
      </w:pPr>
      <w:r>
        <w:t>Bağlantı sorunlarını giderme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