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KTD-006 - Nginx Proxy Manager Kurulumu ve Yapılandırması</w:t>
      </w:r>
    </w:p>
    <w:p>
      <w:r>
        <w:t>Bu doküman Docker üzerinde Nginx Proxy Manager kurulumunu, Proxy Host oluşturmayı, Forward Host ayarlarını, Let's Encrypt SSL sertifikası almayı ve HTTPS yönlendirmesini gerçek proje üzerinden anlatmaktadır.</w:t>
      </w:r>
    </w:p>
    <w:p>
      <w:pPr>
        <w:pStyle w:val="Heading2"/>
      </w:pPr>
      <w:r>
        <w:t>1. Nginx Proxy Manager Nedir?</w:t>
      </w:r>
    </w:p>
    <w:p>
      <w:r>
        <w:t>Nginx Proxy Manager, reverse proxy işlemlerini web arayüzü ile kolayca yönetmeyi sağlar.</w:t>
      </w:r>
    </w:p>
    <w:p>
      <w:pPr>
        <w:pStyle w:val="Heading2"/>
      </w:pPr>
      <w:r>
        <w:t>2. Neden Kullandık?</w:t>
      </w:r>
    </w:p>
    <w:p>
      <w:r>
        <w:t>• Birden fazla web sitesi yayınlamak</w:t>
        <w:br/>
        <w:t>• SSL yönetimi</w:t>
        <w:br/>
        <w:t>• Alan adı yönlendirmeleri</w:t>
        <w:br/>
        <w:t>• Kolay yönetim</w:t>
      </w:r>
    </w:p>
    <w:p>
      <w:pPr>
        <w:pStyle w:val="Heading2"/>
      </w:pPr>
      <w:r>
        <w:t>3. Proje Klasörü</w:t>
      </w:r>
    </w:p>
    <w:p>
      <w:r>
        <w:t>cd /opt/docker</w:t>
        <w:br/>
        <w:t>mkdir -p nginx-proxy-manager</w:t>
        <w:br/>
        <w:t>cd nginx-proxy-manager</w:t>
      </w:r>
    </w:p>
    <w:p>
      <w:pPr>
        <w:pStyle w:val="Heading2"/>
      </w:pPr>
      <w:r>
        <w:t>4. Docker Network</w:t>
      </w:r>
    </w:p>
    <w:p>
      <w:r>
        <w:t>docker network create web</w:t>
        <w:br/>
        <w:br/>
        <w:t>docker network ls</w:t>
      </w:r>
    </w:p>
    <w:p>
      <w:pPr>
        <w:pStyle w:val="Heading2"/>
      </w:pPr>
      <w:r>
        <w:t>5. compose.yaml</w:t>
      </w:r>
    </w:p>
    <w:p>
      <w:r>
        <w:t>services:</w:t>
        <w:br/>
        <w:t xml:space="preserve">  nginx-proxy-manager:</w:t>
        <w:br/>
        <w:t xml:space="preserve">    image: jc21/nginx-proxy-manager:latest</w:t>
        <w:br/>
        <w:t xml:space="preserve">    container_name: nginx-proxy-manager</w:t>
        <w:br/>
        <w:t xml:space="preserve">    restart: unless-stopped</w:t>
        <w:br/>
        <w:t xml:space="preserve">    ports:</w:t>
        <w:br/>
        <w:t xml:space="preserve">      - "80:80"</w:t>
        <w:br/>
        <w:t xml:space="preserve">      - "81:81"</w:t>
        <w:br/>
        <w:t xml:space="preserve">      - "443:443"</w:t>
        <w:br/>
        <w:t xml:space="preserve">    volumes:</w:t>
        <w:br/>
        <w:t xml:space="preserve">      - ./data:/data</w:t>
        <w:br/>
        <w:t xml:space="preserve">      - ./letsencrypt:/etc/letsencrypt</w:t>
        <w:br/>
        <w:t xml:space="preserve">    networks:</w:t>
        <w:br/>
        <w:t xml:space="preserve">      - web</w:t>
      </w:r>
    </w:p>
    <w:p>
      <w:pPr>
        <w:pStyle w:val="Heading2"/>
      </w:pPr>
      <w:r>
        <w:t>6. Container'ı Başlatma</w:t>
      </w:r>
    </w:p>
    <w:p>
      <w:r>
        <w:t>docker compose up -d</w:t>
      </w:r>
    </w:p>
    <w:p>
      <w:pPr>
        <w:pStyle w:val="Heading2"/>
      </w:pPr>
      <w:r>
        <w:t>7. Durum Kontrolü</w:t>
      </w:r>
    </w:p>
    <w:p>
      <w:r>
        <w:t>docker ps</w:t>
      </w:r>
    </w:p>
    <w:p>
      <w:pPr>
        <w:pStyle w:val="Heading2"/>
      </w:pPr>
      <w:r>
        <w:t>8. Yönetim Paneline Giriş</w:t>
      </w:r>
    </w:p>
    <w:p>
      <w:r>
        <w:t>http://SUNUCU_IP_ADRESI:81</w:t>
      </w:r>
    </w:p>
    <w:p>
      <w:pPr>
        <w:pStyle w:val="Heading2"/>
      </w:pPr>
      <w:r>
        <w:t>9. İlk Admin Ayarı</w:t>
      </w:r>
    </w:p>
    <w:p>
      <w:r>
        <w:t>Varsayılan kullanıcı bilgilerini değiştirin ve güçlü bir parola belirleyin.</w:t>
      </w:r>
    </w:p>
    <w:p>
      <w:pPr>
        <w:pStyle w:val="Heading2"/>
      </w:pPr>
      <w:r>
        <w:t>10. Proxy Host Oluşturma</w:t>
      </w:r>
    </w:p>
    <w:p>
      <w:r>
        <w:t>Hosts → Proxy Hosts → Add Proxy Host</w:t>
      </w:r>
    </w:p>
    <w:p>
      <w:pPr>
        <w:pStyle w:val="Heading2"/>
      </w:pPr>
      <w:r>
        <w:t>11. Forward Host Ayarları</w:t>
      </w:r>
    </w:p>
    <w:p>
      <w:r>
        <w:t>Scheme: http</w:t>
        <w:br/>
        <w:t>Forward Hostname/IP: kemaltokmak</w:t>
        <w:br/>
        <w:t>Forward Port: 80</w:t>
      </w:r>
    </w:p>
    <w:p>
      <w:pPr>
        <w:pStyle w:val="Heading2"/>
      </w:pPr>
      <w:r>
        <w:t>12. SSL Sertifikası</w:t>
      </w:r>
    </w:p>
    <w:p>
      <w:r>
        <w:t>Request a new SSL Certificate</w:t>
        <w:br/>
        <w:t>Force SSL</w:t>
        <w:br/>
        <w:t>HTTP/2 Support</w:t>
      </w:r>
    </w:p>
    <w:p>
      <w:pPr>
        <w:pStyle w:val="Heading2"/>
      </w:pPr>
      <w:r>
        <w:t>13. HTTPS Yönlendirme</w:t>
      </w:r>
    </w:p>
    <w:p>
      <w:r>
        <w:t>curl -I http://kemaltokmak.com</w:t>
      </w:r>
    </w:p>
    <w:p>
      <w:pPr>
        <w:pStyle w:val="Heading2"/>
      </w:pPr>
      <w:r>
        <w:t>14. Sorun Giderme</w:t>
      </w:r>
    </w:p>
    <w:p>
      <w:r>
        <w:t>docker logs nginx-proxy-manager</w:t>
        <w:br/>
        <w:br/>
        <w:t>docker network inspect web</w:t>
        <w:br/>
        <w:br/>
        <w:t>docker exec -it nginx-proxy-manager sh</w:t>
        <w:br/>
        <w:t>getent hosts kemaltokmak</w:t>
      </w:r>
    </w:p>
    <w:p>
      <w:pPr>
        <w:pStyle w:val="Heading2"/>
      </w:pPr>
      <w:r>
        <w:t>15. Doküman Özeti</w:t>
      </w:r>
    </w:p>
    <w:p>
      <w:r>
        <w:t>Nginx Proxy Manager kurulumu, Proxy Host oluşturma, SSL alma ve HTTPS yönlendirmesi başarıyla tamamlandı.</w:t>
      </w:r>
    </w:p>
    <w:p>
      <w:pPr>
        <w:pStyle w:val="Heading2"/>
      </w:pPr>
      <w:r>
        <w:t>Bu Dokümanda Öğrendiklerimiz</w:t>
      </w:r>
    </w:p>
    <w:p>
      <w:pPr>
        <w:pStyle w:val="ListBullet"/>
      </w:pPr>
      <w:r>
        <w:t>Nginx Proxy Manager kurulumu</w:t>
      </w:r>
    </w:p>
    <w:p>
      <w:pPr>
        <w:pStyle w:val="ListBullet"/>
      </w:pPr>
      <w:r>
        <w:t>Docker network kullanımı</w:t>
      </w:r>
    </w:p>
    <w:p>
      <w:pPr>
        <w:pStyle w:val="ListBullet"/>
      </w:pPr>
      <w:r>
        <w:t>compose.yaml hazırlama</w:t>
      </w:r>
    </w:p>
    <w:p>
      <w:pPr>
        <w:pStyle w:val="ListBullet"/>
      </w:pPr>
      <w:r>
        <w:t>Container yönetimi</w:t>
      </w:r>
    </w:p>
    <w:p>
      <w:pPr>
        <w:pStyle w:val="ListBullet"/>
      </w:pPr>
      <w:r>
        <w:t>Yönetim paneline giriş</w:t>
      </w:r>
    </w:p>
    <w:p>
      <w:pPr>
        <w:pStyle w:val="ListBullet"/>
      </w:pPr>
      <w:r>
        <w:t>Proxy Host oluşturma</w:t>
      </w:r>
    </w:p>
    <w:p>
      <w:pPr>
        <w:pStyle w:val="ListBullet"/>
      </w:pPr>
      <w:r>
        <w:t>Forward Host yapılandırması</w:t>
      </w:r>
    </w:p>
    <w:p>
      <w:pPr>
        <w:pStyle w:val="ListBullet"/>
      </w:pPr>
      <w:r>
        <w:t>Let's Encrypt SSL kurulumu</w:t>
      </w:r>
    </w:p>
    <w:p>
      <w:pPr>
        <w:pStyle w:val="ListBullet"/>
      </w:pPr>
      <w:r>
        <w:t>HTTP → HTTPS yönlendirmesi</w:t>
      </w:r>
    </w:p>
    <w:p>
      <w:pPr>
        <w:pStyle w:val="ListBullet"/>
      </w:pPr>
      <w:r>
        <w:t>Log ve network kontrolleri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