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KTD-009 - Docker Container Yönetimi</w:t>
      </w:r>
    </w:p>
    <w:p>
      <w:r>
        <w:t>Bu dokümanda Docker container yönetimini gerçek VPS projemiz üzerinden öğreneceğiz. Çalışan container'ları listeleme, başlatma, durdurma, yeniden başlatma, logları inceleme, container içine bağlanma, kaynak kullanımını izleme ve temizlik işlemleri uygulamalı olarak anlatılmaktadır.</w:t>
      </w:r>
    </w:p>
    <w:p>
      <w:pPr>
        <w:pStyle w:val="Heading2"/>
      </w:pPr>
      <w:r>
        <w:t>1. Docker Container Nedir?</w:t>
      </w:r>
    </w:p>
    <w:p>
      <w:r>
        <w:t>Container, uygulamanın bağımlılıkları ile birlikte izole şekilde çalışan çalışma ortamıdır.</w:t>
      </w:r>
    </w:p>
    <w:p>
      <w:pPr>
        <w:pStyle w:val="Heading2"/>
      </w:pPr>
      <w:r>
        <w:t>2. Çalışan Container'ları Listeleme</w:t>
      </w:r>
    </w:p>
    <w:p>
      <w:r>
        <w:t>docker ps</w:t>
      </w:r>
    </w:p>
    <w:p>
      <w:pPr>
        <w:pStyle w:val="Heading2"/>
      </w:pPr>
      <w:r>
        <w:t>3. Tüm Container'ları Listeleme</w:t>
      </w:r>
    </w:p>
    <w:p>
      <w:r>
        <w:t>docker ps -a</w:t>
      </w:r>
    </w:p>
    <w:p>
      <w:pPr>
        <w:pStyle w:val="Heading2"/>
      </w:pPr>
      <w:r>
        <w:t>4. Container Başlatma</w:t>
      </w:r>
    </w:p>
    <w:p>
      <w:r>
        <w:t>docker start kemaltokmak</w:t>
        <w:br/>
        <w:t>docker start nginx-proxy-manager</w:t>
      </w:r>
    </w:p>
    <w:p>
      <w:pPr>
        <w:pStyle w:val="Heading2"/>
      </w:pPr>
      <w:r>
        <w:t>5. Container Durdurma</w:t>
      </w:r>
    </w:p>
    <w:p>
      <w:r>
        <w:t>docker stop kemaltokmak</w:t>
      </w:r>
    </w:p>
    <w:p>
      <w:pPr>
        <w:pStyle w:val="Heading2"/>
      </w:pPr>
      <w:r>
        <w:t>6. Container Yeniden Başlatma</w:t>
      </w:r>
    </w:p>
    <w:p>
      <w:r>
        <w:t>docker restart kemaltokmak</w:t>
        <w:br/>
        <w:t>docker restart nginx-proxy-manager</w:t>
      </w:r>
    </w:p>
    <w:p>
      <w:pPr>
        <w:pStyle w:val="Heading2"/>
      </w:pPr>
      <w:r>
        <w:t>7. Logları İnceleme</w:t>
      </w:r>
    </w:p>
    <w:p>
      <w:r>
        <w:t>docker logs kemaltokmak</w:t>
        <w:br/>
        <w:t>docker logs nginx-proxy-manager</w:t>
      </w:r>
    </w:p>
    <w:p>
      <w:pPr>
        <w:pStyle w:val="Heading2"/>
      </w:pPr>
      <w:r>
        <w:t>8. Canlı Log Takibi</w:t>
      </w:r>
    </w:p>
    <w:p>
      <w:r>
        <w:t>docker logs -f kemaltokmak</w:t>
        <w:br/>
        <w:t>docker logs -f --tail=100 nginx-proxy-manager</w:t>
      </w:r>
    </w:p>
    <w:p>
      <w:pPr>
        <w:pStyle w:val="Heading2"/>
      </w:pPr>
      <w:r>
        <w:t>9. Container İçine Girme</w:t>
      </w:r>
    </w:p>
    <w:p>
      <w:r>
        <w:t>docker exec -it kemaltokmak sh</w:t>
        <w:br/>
        <w:t>docker exec -it nginx-proxy-manager sh</w:t>
      </w:r>
    </w:p>
    <w:p>
      <w:pPr>
        <w:pStyle w:val="Heading2"/>
      </w:pPr>
      <w:r>
        <w:t>10. Container Bilgileri</w:t>
      </w:r>
    </w:p>
    <w:p>
      <w:r>
        <w:t>docker inspect kemaltokmak</w:t>
      </w:r>
    </w:p>
    <w:p>
      <w:pPr>
        <w:pStyle w:val="Heading2"/>
      </w:pPr>
      <w:r>
        <w:t>11. Kaynak Kullanımı</w:t>
      </w:r>
    </w:p>
    <w:p>
      <w:r>
        <w:t>docker stats</w:t>
        <w:br/>
        <w:t>docker stats kemaltokmak</w:t>
      </w:r>
    </w:p>
    <w:p>
      <w:pPr>
        <w:pStyle w:val="Heading2"/>
      </w:pPr>
      <w:r>
        <w:t>12. Container Silme</w:t>
      </w:r>
    </w:p>
    <w:p>
      <w:r>
        <w:t>docker stop eski-container</w:t>
        <w:br/>
        <w:t>docker rm eski-container</w:t>
        <w:br/>
        <w:t>docker rm -f eski-container</w:t>
      </w:r>
    </w:p>
    <w:p>
      <w:pPr>
        <w:pStyle w:val="Heading2"/>
      </w:pPr>
      <w:r>
        <w:t>13. Image Temizleme</w:t>
      </w:r>
    </w:p>
    <w:p>
      <w:r>
        <w:t>docker image prune</w:t>
        <w:br/>
        <w:t>docker system prune</w:t>
      </w:r>
    </w:p>
    <w:p>
      <w:pPr>
        <w:pStyle w:val="Heading2"/>
      </w:pPr>
      <w:r>
        <w:t>14. Gerçek Projede Kullandığımız Container'lar</w:t>
      </w:r>
    </w:p>
    <w:p>
      <w:r>
        <w:t>- nginx-proxy-manager</w:t>
        <w:br/>
        <w:t>- kemaltokmak</w:t>
        <w:br/>
        <w:br/>
        <w:t>Kontrol Komutları:</w:t>
        <w:br/>
        <w:t>docker ps</w:t>
        <w:br/>
        <w:t>docker logs nginx-proxy-manager</w:t>
        <w:br/>
        <w:t>docker logs kemaltokmak</w:t>
      </w:r>
    </w:p>
    <w:p>
      <w:pPr>
        <w:pStyle w:val="Heading2"/>
      </w:pPr>
      <w:r>
        <w:t>15. Doküman Özeti</w:t>
      </w:r>
    </w:p>
    <w:p>
      <w:r>
        <w:t>Docker container yönetimi için en temel komutları ve gerçek projede nasıl kullanıldıklarını öğrendik.</w:t>
      </w:r>
    </w:p>
    <w:p>
      <w:pPr>
        <w:pStyle w:val="Heading2"/>
      </w:pPr>
      <w:r>
        <w:t>En Sık Kullanılan Docker Komutları</w:t>
      </w:r>
    </w:p>
    <w:p>
      <w:pPr>
        <w:pStyle w:val="ListBullet"/>
      </w:pPr>
      <w:r>
        <w:t>docker ps</w:t>
      </w:r>
    </w:p>
    <w:p>
      <w:pPr>
        <w:pStyle w:val="ListBullet"/>
      </w:pPr>
      <w:r>
        <w:t>docker ps -a</w:t>
      </w:r>
    </w:p>
    <w:p>
      <w:pPr>
        <w:pStyle w:val="ListBullet"/>
      </w:pPr>
      <w:r>
        <w:t>docker start &lt;container&gt;</w:t>
      </w:r>
    </w:p>
    <w:p>
      <w:pPr>
        <w:pStyle w:val="ListBullet"/>
      </w:pPr>
      <w:r>
        <w:t>docker stop &lt;container&gt;</w:t>
      </w:r>
    </w:p>
    <w:p>
      <w:pPr>
        <w:pStyle w:val="ListBullet"/>
      </w:pPr>
      <w:r>
        <w:t>docker restart &lt;container&gt;</w:t>
      </w:r>
    </w:p>
    <w:p>
      <w:pPr>
        <w:pStyle w:val="ListBullet"/>
      </w:pPr>
      <w:r>
        <w:t>docker logs &lt;container&gt;</w:t>
      </w:r>
    </w:p>
    <w:p>
      <w:pPr>
        <w:pStyle w:val="ListBullet"/>
      </w:pPr>
      <w:r>
        <w:t>docker logs -f &lt;container&gt;</w:t>
      </w:r>
    </w:p>
    <w:p>
      <w:pPr>
        <w:pStyle w:val="ListBullet"/>
      </w:pPr>
      <w:r>
        <w:t>docker exec -it &lt;container&gt; sh</w:t>
      </w:r>
    </w:p>
    <w:p>
      <w:pPr>
        <w:pStyle w:val="ListBullet"/>
      </w:pPr>
      <w:r>
        <w:t>docker inspect &lt;container&gt;</w:t>
      </w:r>
    </w:p>
    <w:p>
      <w:pPr>
        <w:pStyle w:val="ListBullet"/>
      </w:pPr>
      <w:r>
        <w:t>docker stats</w:t>
      </w:r>
    </w:p>
    <w:p>
      <w:pPr>
        <w:pStyle w:val="ListBullet"/>
      </w:pPr>
      <w:r>
        <w:t>docker image prune</w:t>
      </w:r>
    </w:p>
    <w:p>
      <w:pPr>
        <w:pStyle w:val="ListBullet"/>
      </w:pPr>
      <w:r>
        <w:t>docker system prune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