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KTD-011 — Docker Network Yapısı ve Container Haberleşmesi</w:t>
      </w:r>
    </w:p>
    <w:p>
      <w:r>
        <w:t>Bu doküman Docker Network yapısını, container haberleşmesini, bridge/custom network kullanımını ve Nginx Proxy Manager ile ortak network kullanımını açıklar.</w:t>
        <w:br/>
      </w:r>
    </w:p>
    <w:p>
      <w:pPr>
        <w:pStyle w:val="Heading2"/>
      </w:pPr>
      <w:r>
        <w:t>1. Docker Network Nedir?</w:t>
      </w:r>
    </w:p>
    <w:p>
      <w:r>
        <w:t>Docker Network container'ların birbirleriyle, host ile ve internet ile haberleşmesini sağlar.</w:t>
      </w:r>
    </w:p>
    <w:p>
      <w:pPr>
        <w:pStyle w:val="Heading2"/>
      </w:pPr>
      <w:r>
        <w:t>2. Network Türleri</w:t>
      </w:r>
    </w:p>
    <w:p>
      <w:r>
        <w:t>Bridge, Host ve None ağ türleri bulunur.</w:t>
      </w:r>
    </w:p>
    <w:p>
      <w:pPr>
        <w:pStyle w:val="Heading2"/>
      </w:pPr>
      <w:r>
        <w:t>3. Network Listeleme</w:t>
      </w:r>
    </w:p>
    <w:p>
      <w:r>
        <w:t>docker network ls</w:t>
      </w:r>
    </w:p>
    <w:p>
      <w:r>
        <w:rPr>
          <w:rFonts w:ascii="Courier New" w:hAnsi="Courier New"/>
          <w:sz w:val="20"/>
        </w:rPr>
        <w:t>docker network ls</w:t>
      </w:r>
    </w:p>
    <w:p>
      <w:pPr>
        <w:pStyle w:val="Heading2"/>
      </w:pPr>
      <w:r>
        <w:t>4. Özel Network Oluşturma</w:t>
      </w:r>
    </w:p>
    <w:p>
      <w:r>
        <w:t>docker network create web</w:t>
      </w:r>
    </w:p>
    <w:p>
      <w:r>
        <w:rPr>
          <w:rFonts w:ascii="Courier New" w:hAnsi="Courier New"/>
          <w:sz w:val="20"/>
        </w:rPr>
        <w:t>docker network create web</w:t>
      </w:r>
    </w:p>
    <w:p>
      <w:pPr>
        <w:pStyle w:val="Heading2"/>
      </w:pPr>
      <w:r>
        <w:t>5. Container'ı Network'e Bağlama</w:t>
      </w:r>
    </w:p>
    <w:p>
      <w:r>
        <w:t>docker run -d --name nginx-test --network web nginx:alpine</w:t>
      </w:r>
    </w:p>
    <w:p>
      <w:r>
        <w:rPr>
          <w:rFonts w:ascii="Courier New" w:hAnsi="Courier New"/>
          <w:sz w:val="20"/>
        </w:rPr>
        <w:t>docker run -d --name nginx-test --network web nginx:alpine</w:t>
      </w:r>
    </w:p>
    <w:p>
      <w:pPr>
        <w:pStyle w:val="Heading2"/>
      </w:pPr>
      <w:r>
        <w:t>6. Container Haberleşmesi</w:t>
      </w:r>
    </w:p>
    <w:p>
      <w:r>
        <w:t>Aynı networkteki container'lar isimleriyle erişebilir.</w:t>
      </w:r>
    </w:p>
    <w:p>
      <w:pPr>
        <w:pStyle w:val="Heading2"/>
      </w:pPr>
      <w:r>
        <w:t>7. Network Inspect</w:t>
      </w:r>
    </w:p>
    <w:p>
      <w:r>
        <w:t>docker network inspect web</w:t>
      </w:r>
    </w:p>
    <w:p>
      <w:r>
        <w:rPr>
          <w:rFonts w:ascii="Courier New" w:hAnsi="Courier New"/>
          <w:sz w:val="20"/>
        </w:rPr>
        <w:t>docker network inspect web</w:t>
      </w:r>
    </w:p>
    <w:p>
      <w:pPr>
        <w:pStyle w:val="Heading2"/>
      </w:pPr>
      <w:r>
        <w:t>8. Docker Compose</w:t>
      </w:r>
    </w:p>
    <w:p>
      <w:r>
        <w:t>services altında networks tanımlanabilir.</w:t>
      </w:r>
    </w:p>
    <w:p>
      <w:pPr>
        <w:pStyle w:val="Heading2"/>
      </w:pPr>
      <w:r>
        <w:t>9. Nginx Proxy Manager</w:t>
      </w:r>
    </w:p>
    <w:p>
      <w:r>
        <w:t>Proxy Manager ve web container aynı networkte olmalıdır.</w:t>
      </w:r>
    </w:p>
    <w:p>
      <w:pPr>
        <w:pStyle w:val="Heading2"/>
      </w:pPr>
      <w:r>
        <w:t>10. Sık Kullanılan Komutlar</w:t>
      </w:r>
    </w:p>
    <w:p>
      <w:r>
        <w:t>docker network connect/disconnect/rm/prune</w:t>
      </w:r>
    </w:p>
    <w:p>
      <w:r>
        <w:rPr>
          <w:rFonts w:ascii="Courier New" w:hAnsi="Courier New"/>
          <w:sz w:val="20"/>
        </w:rPr>
        <w:t>docker network connect/disconnect/rm/prune</w:t>
      </w:r>
    </w:p>
    <w:p>
      <w:pPr>
        <w:pStyle w:val="Heading2"/>
      </w:pPr>
      <w:r>
        <w:t>11. Dikkat Edilecekler</w:t>
      </w:r>
    </w:p>
    <w:p>
      <w:r>
        <w:t>IP yerine container adı kullanılması önerilir.</w:t>
      </w:r>
    </w:p>
    <w:p>
      <w:pPr>
        <w:pStyle w:val="Heading2"/>
      </w:pPr>
      <w:r>
        <w:t>12. Sonuç</w:t>
      </w:r>
    </w:p>
    <w:p>
      <w:r>
        <w:t>Custom network yönetimi daha güvenli ve düzenlidir.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